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line="324" w:lineRule="auto" w:before="120"/>
        <w:ind w:left="173" w:right="173"/>
      </w:pPr>
      <w:r>
        <w:rPr>
          <w:rFonts w:ascii="Arial" w:hAnsi="Noto Sans CJK SC" w:eastAsia="Noto Sans CJK SC"/>
          <w:b w:val="0"/>
          <w:i w:val="0"/>
          <w:sz w:val="21"/>
        </w:rPr>
        <w:t>高一新生班会 · 班主任直接使用版</w:t>
      </w:r>
      <w:r>
        <w:rPr>
          <w:rFonts w:ascii="Arial" w:hAnsi="Noto Sans CJK SC" w:eastAsia="Noto Sans CJK SC"/>
          <w:b w:val="0"/>
          <w:i w:val="0"/>
          <w:sz w:val="21"/>
        </w:rPr>
        <w:br/>
      </w:r>
    </w:p>
    <w:p>
      <w:pPr>
        <w:spacing w:after="100"/>
      </w:pPr>
      <w:r>
        <w:rPr>
          <w:rFonts w:ascii="Arial" w:hAnsi="Noto Sans CJK SC" w:eastAsia="Noto Sans CJK SC"/>
          <w:b/>
          <w:i w:val="0"/>
          <w:color w:val="183B38"/>
          <w:sz w:val="52"/>
        </w:rPr>
        <w:t>把高中，过成自己的作品</w:t>
      </w:r>
      <w:r>
        <w:rPr>
          <w:rFonts w:ascii="Arial" w:hAnsi="Noto Sans CJK SC" w:eastAsia="Noto Sans CJK SC"/>
          <w:b/>
          <w:i w:val="0"/>
          <w:color w:val="183B38"/>
          <w:sz w:val="52"/>
        </w:rPr>
        <w:br/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color w:val="6A7471"/>
          <w:sz w:val="21"/>
        </w:rPr>
        <w:t>高一第一节主题班会配套教案 / 说课稿（45分钟）</w:t>
      </w:r>
      <w:r>
        <w:rPr>
          <w:rFonts w:ascii="Arial" w:hAnsi="Noto Sans CJK SC" w:eastAsia="Noto Sans CJK SC"/>
          <w:b w:val="0"/>
          <w:i w:val="0"/>
          <w:color w:val="6A7471"/>
          <w:sz w:val="21"/>
        </w:rPr>
        <w:br/>
      </w:r>
    </w:p>
    <w:p>
      <w:pPr>
        <w:spacing w:after="160" w:line="324" w:lineRule="auto" w:before="120"/>
        <w:shd w:fill="F1F5F2"/>
        <w:ind w:left="173" w:right="173"/>
      </w:pPr>
      <w:r>
        <w:rPr>
          <w:rFonts w:ascii="Arial" w:hAnsi="Noto Sans CJK SC" w:eastAsia="Noto Sans CJK SC"/>
          <w:b/>
          <w:i w:val="0"/>
          <w:sz w:val="21"/>
        </w:rPr>
        <w:t>这不是一堂“立刻热爱一切”的动员课。</w:t>
      </w:r>
      <w:r>
        <w:rPr>
          <w:rFonts w:ascii="Arial" w:hAnsi="Noto Sans CJK SC" w:eastAsia="Noto Sans CJK SC"/>
          <w:b w:val="0"/>
          <w:i w:val="0"/>
          <w:sz w:val="21"/>
        </w:rPr>
        <w:t>它邀请刚走进高中的学生，带着各自的遗憾、庆幸、期待和不确定，重新安顿自己：在学习、关系、集体与时间里，慢慢做出一件属于自己的作品。</w:t>
      </w:r>
      <w:r>
        <w:rPr>
          <w:rFonts w:ascii="Arial" w:hAnsi="Noto Sans CJK SC" w:eastAsia="Noto Sans CJK SC"/>
          <w:b w:val="0"/>
          <w:i w:val="0"/>
          <w:sz w:val="21"/>
        </w:rPr>
        <w:br/>
      </w:r>
    </w:p>
    <w:p>
      <w:pPr>
        <w:pStyle w:val="Heading1"/>
        <w:spacing w:after="140" w:line="324" w:lineRule="auto"/>
      </w:pPr>
      <w:r>
        <w:rPr>
          <w:rFonts w:ascii="Arial" w:hAnsi="Noto Sans CJK SC" w:eastAsia="Noto Sans CJK SC"/>
          <w:b w:val="0"/>
          <w:i w:val="0"/>
          <w:color w:val="183B38"/>
          <w:sz w:val="32"/>
        </w:rPr>
        <w:t>一、课程定位</w:t>
      </w:r>
      <w:r>
        <w:rPr>
          <w:rFonts w:ascii="Arial" w:hAnsi="Noto Sans CJK SC" w:eastAsia="Noto Sans CJK SC"/>
          <w:b w:val="0"/>
          <w:i w:val="0"/>
          <w:color w:val="183B38"/>
          <w:sz w:val="32"/>
        </w:rPr>
        <w:br/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中考刚刚结束，有人是“拼尽全力才来到这里”，有人仍在为没去成理想学校而不甘，也有人对未知的高中生活充满憧憬。任何一种心情都不需要被纠正。班主任要做的，是把学生从“我被安排到了哪里”的被动感，带到“我准备怎样度过这三年”的主动感。</w:t>
      </w:r>
      <w:r>
        <w:rPr>
          <w:rFonts w:ascii="Arial" w:hAnsi="Noto Sans CJK SC" w:eastAsia="Noto Sans CJK SC"/>
          <w:b w:val="0"/>
          <w:i w:val="0"/>
          <w:sz w:val="21"/>
        </w:rPr>
        <w:br/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本课以“作品”为隐喻：高中不是一张等待评分的答卷，而是一段需要亲手参与的生活。成绩很重要，但它不是全部；同伴相处、求助与边界、对班级的贡献、时间与自我管理，同样会留下一个人高中三年的笔迹。</w:t>
      </w:r>
      <w:r>
        <w:rPr>
          <w:rFonts w:ascii="Arial" w:hAnsi="Noto Sans CJK SC" w:eastAsia="Noto Sans CJK SC"/>
          <w:b w:val="0"/>
          <w:i w:val="0"/>
          <w:sz w:val="21"/>
        </w:rPr>
        <w:br/>
      </w:r>
    </w:p>
    <w:p>
      <w:pPr>
        <w:pStyle w:val="Heading2"/>
        <w:spacing w:after="140" w:line="324" w:lineRule="auto"/>
      </w:pPr>
      <w:r>
        <w:rPr>
          <w:rFonts w:ascii="Arial" w:hAnsi="Noto Sans CJK SC" w:eastAsia="Noto Sans CJK SC"/>
          <w:b w:val="0"/>
          <w:i w:val="0"/>
          <w:color w:val="284F49"/>
          <w:sz w:val="25"/>
        </w:rPr>
        <w:t>课程目标</w:t>
      </w:r>
      <w:r>
        <w:rPr>
          <w:rFonts w:ascii="Arial" w:hAnsi="Noto Sans CJK SC" w:eastAsia="Noto Sans CJK SC"/>
          <w:b w:val="0"/>
          <w:i w:val="0"/>
          <w:color w:val="284F49"/>
          <w:sz w:val="25"/>
        </w:rPr>
        <w:br/>
      </w:r>
    </w:p>
    <w:p>
      <w:pPr>
        <w:pStyle w:val="ListNumber"/>
        <w:spacing w:after="60" w:line="300" w:lineRule="auto"/>
      </w:pPr>
      <w:r>
        <w:rPr>
          <w:rFonts w:ascii="Arial" w:hAnsi="Noto Sans CJK SC" w:eastAsia="Noto Sans CJK SC"/>
          <w:b w:val="0"/>
          <w:i w:val="0"/>
          <w:sz w:val="21"/>
        </w:rPr>
        <w:t>学生能够说出进入高中后的真实心情，并理解不同心情都值得被看见。</w:t>
      </w:r>
    </w:p>
    <w:p>
      <w:pPr>
        <w:pStyle w:val="ListNumber"/>
        <w:spacing w:after="60" w:line="300" w:lineRule="auto"/>
      </w:pPr>
      <w:r>
        <w:rPr>
          <w:rFonts w:ascii="Arial" w:hAnsi="Noto Sans CJK SC" w:eastAsia="Noto Sans CJK SC"/>
          <w:b w:val="0"/>
          <w:i w:val="0"/>
          <w:sz w:val="21"/>
        </w:rPr>
        <w:t>学生初步认识高中生活的五个维度：学习、时间与自我管理、同伴关系、求助与边界、班级共同体。</w:t>
      </w:r>
    </w:p>
    <w:p>
      <w:pPr>
        <w:pStyle w:val="ListNumber"/>
        <w:spacing w:after="60" w:line="300" w:lineRule="auto"/>
      </w:pPr>
      <w:r>
        <w:rPr>
          <w:rFonts w:ascii="Arial" w:hAnsi="Noto Sans CJK SC" w:eastAsia="Noto Sans CJK SC"/>
          <w:b w:val="0"/>
          <w:i w:val="0"/>
          <w:sz w:val="21"/>
        </w:rPr>
        <w:t>学生完成一张“高中第一张地图”、一份30天小承诺和一条写给30天后的短信。</w:t>
      </w:r>
    </w:p>
    <w:p>
      <w:pPr>
        <w:pStyle w:val="ListNumber"/>
        <w:spacing w:after="60" w:line="300" w:lineRule="auto"/>
      </w:pPr>
      <w:r>
        <w:rPr>
          <w:rFonts w:ascii="Arial" w:hAnsi="Noto Sans CJK SC" w:eastAsia="Noto Sans CJK SC"/>
          <w:b w:val="0"/>
          <w:i w:val="0"/>
          <w:sz w:val="21"/>
        </w:rPr>
        <w:t>全班共创一份可执行的班级共识，形成“我与我们一起开始”的首课体验。</w:t>
      </w:r>
    </w:p>
    <w:p>
      <w:pPr>
        <w:pStyle w:val="Heading2"/>
        <w:spacing w:after="140" w:line="324" w:lineRule="auto"/>
      </w:pPr>
      <w:r>
        <w:rPr>
          <w:rFonts w:ascii="Arial" w:hAnsi="Noto Sans CJK SC" w:eastAsia="Noto Sans CJK SC"/>
          <w:b w:val="0"/>
          <w:i w:val="0"/>
          <w:color w:val="284F49"/>
          <w:sz w:val="25"/>
        </w:rPr>
        <w:t>准备</w:t>
      </w:r>
      <w:r>
        <w:rPr>
          <w:rFonts w:ascii="Arial" w:hAnsi="Noto Sans CJK SC" w:eastAsia="Noto Sans CJK SC"/>
          <w:b w:val="0"/>
          <w:i w:val="0"/>
          <w:color w:val="284F49"/>
          <w:sz w:val="25"/>
        </w:rPr>
        <w:br/>
      </w:r>
    </w:p>
    <w:p>
      <w:pPr>
        <w:pStyle w:val="ListBullet"/>
        <w:spacing w:after="60" w:line="300" w:lineRule="auto"/>
      </w:pPr>
      <w:r>
        <w:rPr>
          <w:rFonts w:ascii="Arial" w:hAnsi="Noto Sans CJK SC" w:eastAsia="Noto Sans CJK SC"/>
          <w:b w:val="0"/>
          <w:i w:val="0"/>
          <w:sz w:val="21"/>
        </w:rPr>
        <w:t>PPT；A4“高中第一张地图”单页；便利贴（每人3张）；信封或小卡片；粗头笔；计时器。</w:t>
      </w:r>
    </w:p>
    <w:p>
      <w:pPr>
        <w:pStyle w:val="ListBullet"/>
        <w:spacing w:after="60" w:line="300" w:lineRule="auto"/>
      </w:pPr>
      <w:r>
        <w:rPr>
          <w:rFonts w:ascii="Arial" w:hAnsi="Noto Sans CJK SC" w:eastAsia="Noto Sans CJK SC"/>
          <w:b w:val="0"/>
          <w:i w:val="0"/>
          <w:sz w:val="21"/>
        </w:rPr>
        <w:t>黑板预写：</w:t>
      </w:r>
      <w:r>
        <w:rPr>
          <w:rFonts w:ascii="Arial" w:hAnsi="Noto Sans CJK SC" w:eastAsia="Noto Sans CJK SC"/>
          <w:b/>
          <w:i w:val="0"/>
          <w:sz w:val="21"/>
        </w:rPr>
        <w:t>今天，我们不急着证明自己；我们先学着安顿自己。</w:t>
      </w:r>
    </w:p>
    <w:p>
      <w:pPr>
        <w:pStyle w:val="ListBullet"/>
        <w:spacing w:after="60" w:line="300" w:lineRule="auto"/>
      </w:pPr>
      <w:r>
        <w:rPr>
          <w:rFonts w:ascii="Arial" w:hAnsi="Noto Sans CJK SC" w:eastAsia="Noto Sans CJK SC"/>
          <w:b w:val="0"/>
          <w:i w:val="0"/>
          <w:sz w:val="21"/>
        </w:rPr>
        <w:t>座位宜4—6人一组。若班级刚组建、不适合公开发言，可用匿名纸条替代点名分享。</w:t>
      </w:r>
    </w:p>
    <w:p>
      <w:pPr>
        <w:pStyle w:val="Heading2"/>
        <w:spacing w:after="140" w:line="324" w:lineRule="auto"/>
      </w:pPr>
      <w:r>
        <w:rPr>
          <w:rFonts w:ascii="Arial" w:hAnsi="Noto Sans CJK SC" w:eastAsia="Noto Sans CJK SC"/>
          <w:b w:val="0"/>
          <w:i w:val="0"/>
          <w:color w:val="284F49"/>
          <w:sz w:val="25"/>
        </w:rPr>
        <w:t>材料印刷清单</w:t>
      </w:r>
      <w:r>
        <w:rPr>
          <w:rFonts w:ascii="Arial" w:hAnsi="Noto Sans CJK SC" w:eastAsia="Noto Sans CJK SC"/>
          <w:b w:val="0"/>
          <w:i w:val="0"/>
          <w:color w:val="284F49"/>
          <w:sz w:val="25"/>
        </w:rPr>
        <w:br/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7EFEB"/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/>
                <w:i w:val="0"/>
                <w:color w:val="183B38"/>
                <w:sz w:val="18"/>
              </w:rPr>
              <w:t>材料</w:t>
            </w:r>
          </w:p>
        </w:tc>
        <w:tc>
          <w:tcPr>
            <w:tcW w:type="dxa" w:w="49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7EFEB"/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/>
                <w:i w:val="0"/>
                <w:color w:val="183B38"/>
                <w:sz w:val="18"/>
              </w:rPr>
              <w:t>印刷内容 / 用途</w:t>
            </w:r>
          </w:p>
        </w:tc>
      </w:tr>
      <w:tr>
        <w:tc>
          <w:tcPr>
            <w:tcW w:type="dxa" w:w="49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匿名心声纸</w:t>
            </w:r>
          </w:p>
        </w:tc>
        <w:tc>
          <w:tcPr>
            <w:tcW w:type="dxa" w:w="49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“此刻走进高中，我最真实的一种心情是______；我最想被理解的是______。”不写姓名。</w:t>
            </w:r>
          </w:p>
        </w:tc>
      </w:tr>
      <w:tr>
        <w:tc>
          <w:tcPr>
            <w:tcW w:type="dxa" w:w="49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高中第一张地图</w:t>
            </w:r>
          </w:p>
        </w:tc>
        <w:tc>
          <w:tcPr>
            <w:tcW w:type="dxa" w:w="49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五个留白区：我想成为的学习者、我想拥有的关系、我想参与的班级、我准备管理的时间、我需要求助的时刻。</w:t>
            </w:r>
          </w:p>
        </w:tc>
      </w:tr>
      <w:tr>
        <w:tc>
          <w:tcPr>
            <w:tcW w:type="dxa" w:w="49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30天小承诺卡</w:t>
            </w:r>
          </w:p>
        </w:tc>
        <w:tc>
          <w:tcPr>
            <w:tcW w:type="dxa" w:w="49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“未来30天，我愿意先做到______。我会在______时候做。遇到困难时，我准备______。”</w:t>
            </w:r>
          </w:p>
        </w:tc>
      </w:tr>
      <w:tr>
        <w:tc>
          <w:tcPr>
            <w:tcW w:type="dxa" w:w="49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30天后短信卡</w:t>
            </w:r>
          </w:p>
        </w:tc>
        <w:tc>
          <w:tcPr>
            <w:tcW w:type="dxa" w:w="496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“给30天后的我：如果你看见这张卡，希望你记得______。我想问你______。”</w:t>
            </w:r>
          </w:p>
        </w:tc>
      </w:tr>
    </w:tbl>
    <w:p>
      <w:pPr>
        <w:spacing w:after="60"/>
      </w:pPr>
    </w:p>
    <w:p>
      <w:r>
        <w:br w:type="page"/>
      </w:r>
    </w:p>
    <w:p>
      <w:pPr>
        <w:pStyle w:val="Heading1"/>
        <w:spacing w:after="140" w:line="324" w:lineRule="auto"/>
      </w:pPr>
      <w:r>
        <w:rPr>
          <w:rFonts w:ascii="Arial" w:hAnsi="Noto Sans CJK SC" w:eastAsia="Noto Sans CJK SC"/>
          <w:b w:val="0"/>
          <w:i w:val="0"/>
          <w:color w:val="183B38"/>
          <w:sz w:val="32"/>
        </w:rPr>
        <w:t>二、流程总览（45分钟）</w:t>
      </w:r>
      <w:r>
        <w:rPr>
          <w:rFonts w:ascii="Arial" w:hAnsi="Noto Sans CJK SC" w:eastAsia="Noto Sans CJK SC"/>
          <w:b w:val="0"/>
          <w:i w:val="0"/>
          <w:color w:val="183B38"/>
          <w:sz w:val="32"/>
        </w:rPr>
        <w:br/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7EFEB"/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/>
                <w:i w:val="0"/>
                <w:color w:val="183B38"/>
                <w:sz w:val="18"/>
              </w:rPr>
              <w:t>时间</w:t>
            </w:r>
          </w:p>
        </w:tc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7EFEB"/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/>
                <w:i w:val="0"/>
                <w:color w:val="183B38"/>
                <w:sz w:val="18"/>
              </w:rPr>
              <w:t>环节</w:t>
            </w:r>
          </w:p>
        </w:tc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7EFEB"/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/>
                <w:i w:val="0"/>
                <w:color w:val="183B38"/>
                <w:sz w:val="18"/>
              </w:rPr>
              <w:t>核心任务</w:t>
            </w:r>
          </w:p>
        </w:tc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7EFEB"/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/>
                <w:i w:val="0"/>
                <w:color w:val="183B38"/>
                <w:sz w:val="18"/>
              </w:rPr>
              <w:t>PPT对应</w:t>
            </w:r>
          </w:p>
        </w:tc>
      </w:tr>
      <w:tr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0—4分</w:t>
            </w:r>
          </w:p>
        </w:tc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开场：带着什么来</w:t>
            </w:r>
          </w:p>
        </w:tc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承认不同心情，建立安全感。</w:t>
            </w:r>
          </w:p>
        </w:tc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封面 / 一句开场</w:t>
            </w:r>
          </w:p>
        </w:tc>
      </w:tr>
      <w:tr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4—10分</w:t>
            </w:r>
          </w:p>
        </w:tc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活动一：匿名心声墙</w:t>
            </w:r>
          </w:p>
        </w:tc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全班看见彼此的遗憾、期待与不安。</w:t>
            </w:r>
          </w:p>
        </w:tc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“我们带着不同心情到这里”</w:t>
            </w:r>
          </w:p>
        </w:tc>
      </w:tr>
      <w:tr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10—15分</w:t>
            </w:r>
          </w:p>
        </w:tc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高中不只一条跑道</w:t>
            </w:r>
          </w:p>
        </w:tc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建立五维高中生活图景。</w:t>
            </w:r>
          </w:p>
        </w:tc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“高中，是一件正在完成的作品”</w:t>
            </w:r>
          </w:p>
        </w:tc>
      </w:tr>
      <w:tr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15—24分</w:t>
            </w:r>
          </w:p>
        </w:tc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活动二：高中第一张地图</w:t>
            </w:r>
          </w:p>
        </w:tc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个人描画，再用同伴看见补一笔。</w:t>
            </w:r>
          </w:p>
        </w:tc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“给自己的作品定一个方向”</w:t>
            </w:r>
          </w:p>
        </w:tc>
      </w:tr>
      <w:tr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24—32分</w:t>
            </w:r>
          </w:p>
        </w:tc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活动三：班级共识共创</w:t>
            </w:r>
          </w:p>
        </w:tc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全班共同定义如何相处、如何贡献。</w:t>
            </w:r>
          </w:p>
        </w:tc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“我们一起把班级做成什么样”</w:t>
            </w:r>
          </w:p>
        </w:tc>
      </w:tr>
      <w:tr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32—38分</w:t>
            </w:r>
          </w:p>
        </w:tc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活动四：30天小承诺</w:t>
            </w:r>
          </w:p>
        </w:tc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把愿望变成可观察的小行动。</w:t>
            </w:r>
          </w:p>
        </w:tc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“从第一笔开始”</w:t>
            </w:r>
          </w:p>
        </w:tc>
      </w:tr>
      <w:tr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38—43分</w:t>
            </w:r>
          </w:p>
        </w:tc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活动五：给30天后的自己写短信</w:t>
            </w:r>
          </w:p>
        </w:tc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留下一次回看的约定。</w:t>
            </w:r>
          </w:p>
        </w:tc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“把今天寄给未来”</w:t>
            </w:r>
          </w:p>
        </w:tc>
      </w:tr>
      <w:tr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43—45分</w:t>
            </w:r>
          </w:p>
        </w:tc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收束</w:t>
            </w:r>
          </w:p>
        </w:tc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朗读班级共识，宣布后续回看。</w:t>
            </w:r>
          </w:p>
        </w:tc>
        <w:tc>
          <w:tcPr>
            <w:tcW w:type="dxa" w:w="24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Noto Sans CJK SC" w:eastAsia="Noto Sans CJK SC"/>
                <w:b w:val="0"/>
                <w:i w:val="0"/>
                <w:sz w:val="18"/>
              </w:rPr>
              <w:t>结尾页</w:t>
            </w:r>
          </w:p>
        </w:tc>
      </w:tr>
    </w:tbl>
    <w:p>
      <w:pPr>
        <w:spacing w:after="60"/>
      </w:pPr>
    </w:p>
    <w:p>
      <w:pPr>
        <w:pStyle w:val="Heading1"/>
        <w:spacing w:after="140" w:line="324" w:lineRule="auto"/>
      </w:pPr>
      <w:r>
        <w:rPr>
          <w:rFonts w:ascii="Arial" w:hAnsi="Noto Sans CJK SC" w:eastAsia="Noto Sans CJK SC"/>
          <w:b w:val="0"/>
          <w:i w:val="0"/>
          <w:color w:val="183B38"/>
          <w:sz w:val="32"/>
        </w:rPr>
        <w:t>三、逐段教学脚本</w:t>
      </w:r>
      <w:r>
        <w:rPr>
          <w:rFonts w:ascii="Arial" w:hAnsi="Noto Sans CJK SC" w:eastAsia="Noto Sans CJK SC"/>
          <w:b w:val="0"/>
          <w:i w:val="0"/>
          <w:color w:val="183B38"/>
          <w:sz w:val="32"/>
        </w:rPr>
        <w:br/>
      </w:r>
    </w:p>
    <w:p>
      <w:pPr>
        <w:pStyle w:val="Heading2"/>
        <w:spacing w:after="140" w:line="324" w:lineRule="auto"/>
      </w:pPr>
      <w:r>
        <w:rPr>
          <w:rFonts w:ascii="Arial" w:hAnsi="Noto Sans CJK SC" w:eastAsia="Noto Sans CJK SC"/>
          <w:b w:val="0"/>
          <w:i w:val="0"/>
          <w:color w:val="284F49"/>
          <w:sz w:val="25"/>
        </w:rPr>
        <w:t>0—4分钟｜开场：带着什么来</w:t>
      </w:r>
      <w:r>
        <w:rPr>
          <w:rFonts w:ascii="Arial" w:hAnsi="Noto Sans CJK SC" w:eastAsia="Noto Sans CJK SC"/>
          <w:b w:val="0"/>
          <w:i w:val="0"/>
          <w:color w:val="284F49"/>
          <w:sz w:val="25"/>
        </w:rPr>
        <w:br/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教师可说：</w:t>
      </w:r>
    </w:p>
    <w:p>
      <w:pPr>
        <w:spacing w:after="160" w:line="324" w:lineRule="auto" w:before="120"/>
        <w:shd w:fill="F7F8F8"/>
        <w:ind w:left="173" w:right="173"/>
      </w:pPr>
      <w:r>
        <w:rPr>
          <w:rFonts w:ascii="Arial" w:hAnsi="Noto Sans CJK SC" w:eastAsia="Noto Sans CJK SC"/>
          <w:b w:val="0"/>
          <w:i w:val="0"/>
          <w:sz w:val="21"/>
        </w:rPr>
        <w:t>“今天是我们作为一个班级坐在一起的第一课。有人为了来到这里，已经努力了很久；有人也许还在想，如果当初再多对几道题，会不会去到另一所学校。有人兴奋，有人忐忑，有人表面很平静，心里其实有很多问号。请先相信：这些心情都没有错，也不用急着把它们藏起来。</w:t>
      </w:r>
      <w:r>
        <w:br/>
      </w:r>
      <w:r>
        <w:br/>
      </w:r>
      <w:r>
        <w:rPr>
          <w:rFonts w:ascii="Arial" w:hAnsi="Noto Sans CJK SC" w:eastAsia="Noto Sans CJK SC"/>
          <w:b w:val="0"/>
          <w:i w:val="0"/>
          <w:sz w:val="21"/>
        </w:rPr>
        <w:t>高中不会因为你刚进门就要求你马上变得完美。它更像一段新的路：你可以带着过去出发，但不能只停在过去。今天，我们不急着给高中下结论；我们先想一想，三年后回头看，我希望自己留下怎样的笔迹。”</w:t>
      </w:r>
      <w:r>
        <w:rPr>
          <w:rFonts w:ascii="Arial" w:hAnsi="Noto Sans CJK SC" w:eastAsia="Noto Sans CJK SC"/>
          <w:b w:val="0"/>
          <w:i w:val="0"/>
          <w:sz w:val="21"/>
        </w:rPr>
        <w:br/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教师观察点：</w:t>
      </w:r>
      <w:r>
        <w:rPr>
          <w:rFonts w:ascii="Arial" w:hAnsi="Noto Sans CJK SC" w:eastAsia="Noto Sans CJK SC"/>
          <w:b w:val="0"/>
          <w:i w:val="0"/>
          <w:sz w:val="21"/>
        </w:rPr>
        <w:t>不追问具体升学去向，不评价“遗憾是否合理”。若学生沉默，可说“写下来也可以，不必发言”。</w:t>
      </w:r>
      <w:r>
        <w:rPr>
          <w:rFonts w:ascii="Arial" w:hAnsi="Noto Sans CJK SC" w:eastAsia="Noto Sans CJK SC"/>
          <w:b w:val="0"/>
          <w:i w:val="0"/>
          <w:sz w:val="21"/>
        </w:rPr>
        <w:br/>
        <w:br/>
      </w:r>
    </w:p>
    <w:p>
      <w:pPr>
        <w:pStyle w:val="Heading2"/>
        <w:spacing w:after="140" w:line="324" w:lineRule="auto"/>
      </w:pPr>
      <w:r>
        <w:rPr>
          <w:rFonts w:ascii="Arial" w:hAnsi="Noto Sans CJK SC" w:eastAsia="Noto Sans CJK SC"/>
          <w:b w:val="0"/>
          <w:i w:val="0"/>
          <w:color w:val="284F49"/>
          <w:sz w:val="25"/>
        </w:rPr>
        <w:t>4—10分钟｜活动一：匿名心声墙（全班互动）</w:t>
      </w:r>
      <w:r>
        <w:rPr>
          <w:rFonts w:ascii="Arial" w:hAnsi="Noto Sans CJK SC" w:eastAsia="Noto Sans CJK SC"/>
          <w:b w:val="0"/>
          <w:i w:val="0"/>
          <w:color w:val="284F49"/>
          <w:sz w:val="25"/>
        </w:rPr>
        <w:br/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操作：</w:t>
      </w:r>
      <w:r>
        <w:rPr>
          <w:rFonts w:ascii="Arial" w:hAnsi="Noto Sans CJK SC" w:eastAsia="Noto Sans CJK SC"/>
          <w:b w:val="0"/>
          <w:i w:val="0"/>
          <w:sz w:val="21"/>
        </w:rPr>
        <w:t>发匿名心声纸，安静书写1分钟；学生折好投入盒子。教师随机读6—8条，读完只停顿，不点评作者。随后请全班用手势投票：哪一句也说中了你的一部分心情？</w:t>
      </w:r>
      <w:r>
        <w:rPr>
          <w:rFonts w:ascii="Arial" w:hAnsi="Noto Sans CJK SC" w:eastAsia="Noto Sans CJK SC"/>
          <w:b w:val="0"/>
          <w:i w:val="0"/>
          <w:sz w:val="21"/>
        </w:rPr>
        <w:br/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引导问题：</w:t>
      </w:r>
      <w:r>
        <w:rPr>
          <w:rFonts w:ascii="Arial" w:hAnsi="Noto Sans CJK SC" w:eastAsia="Noto Sans CJK SC"/>
          <w:b w:val="0"/>
          <w:i w:val="0"/>
          <w:sz w:val="21"/>
        </w:rPr>
        <w:t>“原来，我们坐在同一间教室，却带着不同的故事。此刻最需要彼此给出的，可能是什么？”</w:t>
      </w:r>
      <w:r>
        <w:rPr>
          <w:rFonts w:ascii="Arial" w:hAnsi="Noto Sans CJK SC" w:eastAsia="Noto Sans CJK SC"/>
          <w:b w:val="0"/>
          <w:i w:val="0"/>
          <w:sz w:val="21"/>
        </w:rPr>
        <w:br/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教师可说：</w:t>
      </w:r>
    </w:p>
    <w:p>
      <w:pPr>
        <w:spacing w:after="160" w:line="324" w:lineRule="auto" w:before="120"/>
        <w:shd w:fill="F7F8F8"/>
        <w:ind w:left="173" w:right="173"/>
      </w:pPr>
      <w:r>
        <w:rPr>
          <w:rFonts w:ascii="Arial" w:hAnsi="Noto Sans CJK SC" w:eastAsia="Noto Sans CJK SC"/>
          <w:b w:val="0"/>
          <w:i w:val="0"/>
          <w:sz w:val="21"/>
        </w:rPr>
        <w:t>“我读到的不是几张纸条，而是一个班刚刚开始的样子：有人想被看见，有人想重新开始，有人担心跟不上，也有人怕自己太突出。一个好的班级，不是大家一开始就一样，而是我们愿意给不一样的人留一点位置。”</w:t>
      </w:r>
      <w:r>
        <w:rPr>
          <w:rFonts w:ascii="Arial" w:hAnsi="Noto Sans CJK SC" w:eastAsia="Noto Sans CJK SC"/>
          <w:b w:val="0"/>
          <w:i w:val="0"/>
          <w:sz w:val="21"/>
        </w:rPr>
        <w:br/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可能反应与回应：</w:t>
      </w:r>
      <w:r>
        <w:rPr>
          <w:rFonts w:ascii="Arial" w:hAnsi="Noto Sans CJK SC" w:eastAsia="Noto Sans CJK SC"/>
          <w:b w:val="0"/>
          <w:i w:val="0"/>
          <w:sz w:val="21"/>
        </w:rPr>
        <w:t>若出现“我不喜欢这个学校”，教师回应：“你可以暂时不喜欢，也不用假装喜欢。我们今天讨论的是：无论从哪里开始，你能不能把每天过得更接近自己想成为的样子。”若出现焦虑或自我否定，课后个别关注，不在全班展开劝导。</w:t>
      </w:r>
      <w:r>
        <w:rPr>
          <w:rFonts w:ascii="Arial" w:hAnsi="Noto Sans CJK SC" w:eastAsia="Noto Sans CJK SC"/>
          <w:b w:val="0"/>
          <w:i w:val="0"/>
          <w:sz w:val="21"/>
        </w:rPr>
        <w:br/>
        <w:br/>
      </w:r>
    </w:p>
    <w:p>
      <w:r>
        <w:br w:type="page"/>
      </w:r>
    </w:p>
    <w:p>
      <w:pPr>
        <w:pStyle w:val="Heading2"/>
        <w:spacing w:after="140" w:line="324" w:lineRule="auto"/>
      </w:pPr>
      <w:r>
        <w:rPr>
          <w:rFonts w:ascii="Arial" w:hAnsi="Noto Sans CJK SC" w:eastAsia="Noto Sans CJK SC"/>
          <w:b w:val="0"/>
          <w:i w:val="0"/>
          <w:color w:val="284F49"/>
          <w:sz w:val="25"/>
        </w:rPr>
        <w:t>10—15分钟｜高中不只一条跑道</w:t>
      </w:r>
      <w:r>
        <w:rPr>
          <w:rFonts w:ascii="Arial" w:hAnsi="Noto Sans CJK SC" w:eastAsia="Noto Sans CJK SC"/>
          <w:b w:val="0"/>
          <w:i w:val="0"/>
          <w:color w:val="284F49"/>
          <w:sz w:val="25"/>
        </w:rPr>
        <w:br/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呈现：</w:t>
      </w:r>
      <w:r>
        <w:rPr>
          <w:rFonts w:ascii="Arial" w:hAnsi="Noto Sans CJK SC" w:eastAsia="Noto Sans CJK SC"/>
          <w:b w:val="0"/>
          <w:i w:val="0"/>
          <w:sz w:val="21"/>
        </w:rPr>
        <w:t>PPT出现“五个维度”：学习、时间与自我管理、同伴关系、求助与边界、班级共同体。</w:t>
      </w:r>
      <w:r>
        <w:rPr>
          <w:rFonts w:ascii="Arial" w:hAnsi="Noto Sans CJK SC" w:eastAsia="Noto Sans CJK SC"/>
          <w:b w:val="0"/>
          <w:i w:val="0"/>
          <w:sz w:val="21"/>
        </w:rPr>
        <w:br/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教师可说：</w:t>
      </w:r>
    </w:p>
    <w:p>
      <w:pPr>
        <w:spacing w:after="160" w:line="324" w:lineRule="auto" w:before="120"/>
        <w:shd w:fill="F7F8F8"/>
        <w:ind w:left="173" w:right="173"/>
      </w:pPr>
      <w:r>
        <w:rPr>
          <w:rFonts w:ascii="Arial" w:hAnsi="Noto Sans CJK SC" w:eastAsia="Noto Sans CJK SC"/>
          <w:b w:val="0"/>
          <w:i w:val="0"/>
          <w:sz w:val="21"/>
        </w:rPr>
        <w:t>“高中当然要学习，而且会比以前更讲究方法、节奏和耐心。但如果只把高中理解成排名，你会错过很多东西。你会遇见新同学，学着如何靠近、如何拒绝、如何不因为一次误解就把关系判死刑；你会遇到自己解决不了的时候，学着求助，而不是硬撑；你也会发现，一个班级的秩序、温度和荣誉，靠的不是班主任一个人，而是每个人都愿意多做一点。”</w:t>
      </w:r>
      <w:r>
        <w:rPr>
          <w:rFonts w:ascii="Arial" w:hAnsi="Noto Sans CJK SC" w:eastAsia="Noto Sans CJK SC"/>
          <w:b w:val="0"/>
          <w:i w:val="0"/>
          <w:sz w:val="21"/>
        </w:rPr>
        <w:br/>
      </w:r>
    </w:p>
    <w:p>
      <w:pPr>
        <w:spacing w:after="160" w:line="324" w:lineRule="auto" w:before="120"/>
        <w:shd w:fill="FAF6EC"/>
        <w:ind w:left="173" w:right="173"/>
      </w:pPr>
      <w:r>
        <w:rPr>
          <w:rFonts w:ascii="Arial" w:hAnsi="Noto Sans CJK SC" w:eastAsia="Noto Sans CJK SC"/>
          <w:b/>
          <w:i w:val="0"/>
          <w:sz w:val="21"/>
        </w:rPr>
        <w:t>板书建议：</w:t>
      </w:r>
      <w:r>
        <w:rPr>
          <w:rFonts w:ascii="Arial" w:hAnsi="Noto Sans CJK SC" w:eastAsia="Noto Sans CJK SC"/>
          <w:b w:val="0"/>
          <w:i w:val="0"/>
          <w:sz w:val="21"/>
        </w:rPr>
        <w:t>作品 = 学习的能力 + 管理自己的能力 + 与人相处的能力 + 成为集体一员的能力。</w:t>
      </w:r>
      <w:r>
        <w:br/>
      </w:r>
      <w:r>
        <w:rPr>
          <w:rFonts w:ascii="Arial" w:hAnsi="Noto Sans CJK SC" w:eastAsia="Noto Sans CJK SC"/>
          <w:b w:val="0"/>
          <w:i w:val="0"/>
          <w:sz w:val="21"/>
        </w:rPr>
        <w:t>强调：不是要求每一项马上做到，而是从今天起知道它们都值得练习。</w:t>
      </w:r>
      <w:r>
        <w:rPr>
          <w:rFonts w:ascii="Arial" w:hAnsi="Noto Sans CJK SC" w:eastAsia="Noto Sans CJK SC"/>
          <w:b w:val="0"/>
          <w:i w:val="0"/>
          <w:sz w:val="21"/>
        </w:rPr>
        <w:br/>
        <w:br/>
      </w:r>
    </w:p>
    <w:p>
      <w:pPr>
        <w:pStyle w:val="Heading2"/>
        <w:spacing w:after="140" w:line="324" w:lineRule="auto"/>
      </w:pPr>
      <w:r>
        <w:rPr>
          <w:rFonts w:ascii="Arial" w:hAnsi="Noto Sans CJK SC" w:eastAsia="Noto Sans CJK SC"/>
          <w:b w:val="0"/>
          <w:i w:val="0"/>
          <w:color w:val="284F49"/>
          <w:sz w:val="25"/>
        </w:rPr>
        <w:t>15—24分钟｜活动二：高中第一张地图（个人 + 同伴看见）</w:t>
      </w:r>
      <w:r>
        <w:rPr>
          <w:rFonts w:ascii="Arial" w:hAnsi="Noto Sans CJK SC" w:eastAsia="Noto Sans CJK SC"/>
          <w:b w:val="0"/>
          <w:i w:val="0"/>
          <w:color w:val="284F49"/>
          <w:sz w:val="25"/>
        </w:rPr>
        <w:br/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操作：</w:t>
      </w:r>
      <w:r>
        <w:rPr>
          <w:rFonts w:ascii="Arial" w:hAnsi="Noto Sans CJK SC" w:eastAsia="Noto Sans CJK SC"/>
          <w:b w:val="0"/>
          <w:i w:val="0"/>
          <w:sz w:val="21"/>
        </w:rPr>
        <w:t>发地图单。学生独立填写5分钟；两人交换，用2分钟为对方写下一句“我看见你可能会做到的事”；再给1分钟让学生把这句话贴/写在地图角落。请2—3人自愿分享“我想先画亮的一个区域”。</w:t>
      </w:r>
      <w:r>
        <w:rPr>
          <w:rFonts w:ascii="Arial" w:hAnsi="Noto Sans CJK SC" w:eastAsia="Noto Sans CJK SC"/>
          <w:b w:val="0"/>
          <w:i w:val="0"/>
          <w:sz w:val="21"/>
        </w:rPr>
        <w:br/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地图填写提示：</w:t>
      </w:r>
    </w:p>
    <w:p>
      <w:pPr>
        <w:pStyle w:val="ListBullet"/>
        <w:spacing w:after="60" w:line="300" w:lineRule="auto"/>
      </w:pPr>
      <w:r>
        <w:rPr>
          <w:rFonts w:ascii="Arial" w:hAnsi="Noto Sans CJK SC" w:eastAsia="Noto Sans CJK SC"/>
          <w:b/>
          <w:i w:val="0"/>
          <w:sz w:val="21"/>
        </w:rPr>
        <w:t>学习：</w:t>
      </w:r>
      <w:r>
        <w:rPr>
          <w:rFonts w:ascii="Arial" w:hAnsi="Noto Sans CJK SC" w:eastAsia="Noto Sans CJK SC"/>
          <w:b w:val="0"/>
          <w:i w:val="0"/>
          <w:sz w:val="21"/>
        </w:rPr>
        <w:t>我希望自己不只会“熬”，还会______。</w:t>
      </w:r>
    </w:p>
    <w:p>
      <w:pPr>
        <w:pStyle w:val="ListBullet"/>
        <w:spacing w:after="60" w:line="300" w:lineRule="auto"/>
      </w:pPr>
      <w:r>
        <w:rPr>
          <w:rFonts w:ascii="Arial" w:hAnsi="Noto Sans CJK SC" w:eastAsia="Noto Sans CJK SC"/>
          <w:b/>
          <w:i w:val="0"/>
          <w:sz w:val="21"/>
        </w:rPr>
        <w:t>时间：</w:t>
      </w:r>
      <w:r>
        <w:rPr>
          <w:rFonts w:ascii="Arial" w:hAnsi="Noto Sans CJK SC" w:eastAsia="Noto Sans CJK SC"/>
          <w:b w:val="0"/>
          <w:i w:val="0"/>
          <w:sz w:val="21"/>
        </w:rPr>
        <w:t>一天里，我最想守住的一段时间是______。</w:t>
      </w:r>
    </w:p>
    <w:p>
      <w:pPr>
        <w:pStyle w:val="ListBullet"/>
        <w:spacing w:after="60" w:line="300" w:lineRule="auto"/>
      </w:pPr>
      <w:r>
        <w:rPr>
          <w:rFonts w:ascii="Arial" w:hAnsi="Noto Sans CJK SC" w:eastAsia="Noto Sans CJK SC"/>
          <w:b/>
          <w:i w:val="0"/>
          <w:sz w:val="21"/>
        </w:rPr>
        <w:t>关系：</w:t>
      </w:r>
      <w:r>
        <w:rPr>
          <w:rFonts w:ascii="Arial" w:hAnsi="Noto Sans CJK SC" w:eastAsia="Noto Sans CJK SC"/>
          <w:b w:val="0"/>
          <w:i w:val="0"/>
          <w:sz w:val="21"/>
        </w:rPr>
        <w:t>我希望别人和我相处时感到______；我也会练习______。</w:t>
      </w:r>
    </w:p>
    <w:p>
      <w:pPr>
        <w:pStyle w:val="ListBullet"/>
        <w:spacing w:after="60" w:line="300" w:lineRule="auto"/>
      </w:pPr>
      <w:r>
        <w:rPr>
          <w:rFonts w:ascii="Arial" w:hAnsi="Noto Sans CJK SC" w:eastAsia="Noto Sans CJK SC"/>
          <w:b/>
          <w:i w:val="0"/>
          <w:sz w:val="21"/>
        </w:rPr>
        <w:t>共同体：</w:t>
      </w:r>
      <w:r>
        <w:rPr>
          <w:rFonts w:ascii="Arial" w:hAnsi="Noto Sans CJK SC" w:eastAsia="Noto Sans CJK SC"/>
          <w:b w:val="0"/>
          <w:i w:val="0"/>
          <w:sz w:val="21"/>
        </w:rPr>
        <w:t>我愿意为班级多做的一件小事是______。</w:t>
      </w:r>
    </w:p>
    <w:p>
      <w:pPr>
        <w:pStyle w:val="ListBullet"/>
        <w:spacing w:after="60" w:line="300" w:lineRule="auto"/>
      </w:pPr>
      <w:r>
        <w:rPr>
          <w:rFonts w:ascii="Arial" w:hAnsi="Noto Sans CJK SC" w:eastAsia="Noto Sans CJK SC"/>
          <w:b/>
          <w:i w:val="0"/>
          <w:sz w:val="21"/>
        </w:rPr>
        <w:t>求助：</w:t>
      </w:r>
      <w:r>
        <w:rPr>
          <w:rFonts w:ascii="Arial" w:hAnsi="Noto Sans CJK SC" w:eastAsia="Noto Sans CJK SC"/>
          <w:b w:val="0"/>
          <w:i w:val="0"/>
          <w:sz w:val="21"/>
        </w:rPr>
        <w:t>当我卡住时，我准备先找______。</w:t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教师可说：</w:t>
      </w:r>
    </w:p>
    <w:p>
      <w:pPr>
        <w:spacing w:after="160" w:line="324" w:lineRule="auto" w:before="120"/>
        <w:shd w:fill="F7F8F8"/>
        <w:ind w:left="173" w:right="173"/>
      </w:pPr>
      <w:r>
        <w:rPr>
          <w:rFonts w:ascii="Arial" w:hAnsi="Noto Sans CJK SC" w:eastAsia="Noto Sans CJK SC"/>
          <w:b w:val="0"/>
          <w:i w:val="0"/>
          <w:sz w:val="21"/>
        </w:rPr>
        <w:t>“地图不需要画得漂亮，也不需要写得很宏大。它只是告诉你：你不是被高中推着往前走的人。你可以先选一个角落，把它画亮。小到每天整理一次书桌、主动认识一位同学、不会的题去问一次，都是在给自己的作品落第一笔。”</w:t>
      </w:r>
      <w:r>
        <w:rPr>
          <w:rFonts w:ascii="Arial" w:hAnsi="Noto Sans CJK SC" w:eastAsia="Noto Sans CJK SC"/>
          <w:b w:val="0"/>
          <w:i w:val="0"/>
          <w:sz w:val="21"/>
        </w:rPr>
        <w:br/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教师观察点：</w:t>
      </w:r>
      <w:r>
        <w:rPr>
          <w:rFonts w:ascii="Arial" w:hAnsi="Noto Sans CJK SC" w:eastAsia="Noto Sans CJK SC"/>
          <w:b w:val="0"/>
          <w:i w:val="0"/>
          <w:sz w:val="21"/>
        </w:rPr>
        <w:t>巡视时关注过度空白的学生和目标过多的学生。前者可轻声提供选择题；后者提醒“先选一件最小但能坚持的”。不强迫展示私人内容。</w:t>
      </w:r>
      <w:r>
        <w:rPr>
          <w:rFonts w:ascii="Arial" w:hAnsi="Noto Sans CJK SC" w:eastAsia="Noto Sans CJK SC"/>
          <w:b w:val="0"/>
          <w:i w:val="0"/>
          <w:sz w:val="21"/>
        </w:rPr>
        <w:br/>
        <w:br/>
      </w:r>
    </w:p>
    <w:p>
      <w:pPr>
        <w:pStyle w:val="Heading2"/>
        <w:spacing w:after="140" w:line="324" w:lineRule="auto"/>
      </w:pPr>
      <w:r>
        <w:rPr>
          <w:rFonts w:ascii="Arial" w:hAnsi="Noto Sans CJK SC" w:eastAsia="Noto Sans CJK SC"/>
          <w:b w:val="0"/>
          <w:i w:val="0"/>
          <w:color w:val="284F49"/>
          <w:sz w:val="25"/>
        </w:rPr>
        <w:t>24—32分钟｜活动三：班级共识共创（全班互动）</w:t>
      </w:r>
      <w:r>
        <w:rPr>
          <w:rFonts w:ascii="Arial" w:hAnsi="Noto Sans CJK SC" w:eastAsia="Noto Sans CJK SC"/>
          <w:b w:val="0"/>
          <w:i w:val="0"/>
          <w:color w:val="284F49"/>
          <w:sz w:val="25"/>
        </w:rPr>
        <w:br/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操作：</w:t>
      </w:r>
      <w:r>
        <w:rPr>
          <w:rFonts w:ascii="Arial" w:hAnsi="Noto Sans CJK SC" w:eastAsia="Noto Sans CJK SC"/>
          <w:b w:val="0"/>
          <w:i w:val="0"/>
          <w:sz w:val="21"/>
        </w:rPr>
        <w:t>四人小组各拿3张便利贴，分别讨论并写下：①当有人失意或犯错时，我们希望班里怎样对待他；②在学习与相处中，什么事我们不做；③每个人能为班级多做的一件小事。每组推选一人贴到“我们想成为的班”海报上。教师按主题归类，现场请全班用举手确认3—5条作为首版班级共识。</w:t>
      </w:r>
      <w:r>
        <w:rPr>
          <w:rFonts w:ascii="Arial" w:hAnsi="Noto Sans CJK SC" w:eastAsia="Noto Sans CJK SC"/>
          <w:b w:val="0"/>
          <w:i w:val="0"/>
          <w:sz w:val="21"/>
        </w:rPr>
        <w:br/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引导语：</w:t>
      </w:r>
      <w:r>
        <w:rPr>
          <w:rFonts w:ascii="Arial" w:hAnsi="Noto Sans CJK SC" w:eastAsia="Noto Sans CJK SC"/>
          <w:b w:val="0"/>
          <w:i w:val="0"/>
          <w:sz w:val="21"/>
        </w:rPr>
        <w:t>“班级不是一个已经准备好的房间，等你来住；班级更像一间正在装修的屋子。你今天说的一句话、伸出的一次手、守住的一次边界，都会成为它的一部分。”</w:t>
      </w:r>
      <w:r>
        <w:rPr>
          <w:rFonts w:ascii="Arial" w:hAnsi="Noto Sans CJK SC" w:eastAsia="Noto Sans CJK SC"/>
          <w:b w:val="0"/>
          <w:i w:val="0"/>
          <w:sz w:val="21"/>
        </w:rPr>
        <w:br/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建议共识表述（由学生语言优先）：</w:t>
      </w:r>
    </w:p>
    <w:p>
      <w:pPr>
        <w:pStyle w:val="ListBullet"/>
        <w:spacing w:after="60" w:line="300" w:lineRule="auto"/>
      </w:pPr>
      <w:r>
        <w:rPr>
          <w:rFonts w:ascii="Arial" w:hAnsi="Noto Sans CJK SC" w:eastAsia="Noto Sans CJK SC"/>
          <w:b w:val="0"/>
          <w:i w:val="0"/>
          <w:sz w:val="21"/>
        </w:rPr>
        <w:t>不拿别人的成绩、家庭、外貌和秘密开玩笑。</w:t>
      </w:r>
    </w:p>
    <w:p>
      <w:pPr>
        <w:pStyle w:val="ListBullet"/>
        <w:spacing w:after="60" w:line="300" w:lineRule="auto"/>
      </w:pPr>
      <w:r>
        <w:rPr>
          <w:rFonts w:ascii="Arial" w:hAnsi="Noto Sans CJK SC" w:eastAsia="Noto Sans CJK SC"/>
          <w:b w:val="0"/>
          <w:i w:val="0"/>
          <w:sz w:val="21"/>
        </w:rPr>
        <w:t>有矛盾先说清楚，不拉群围攻，不把沉默当成惩罚。</w:t>
      </w:r>
    </w:p>
    <w:p>
      <w:pPr>
        <w:pStyle w:val="ListBullet"/>
        <w:spacing w:after="60" w:line="300" w:lineRule="auto"/>
      </w:pPr>
      <w:r>
        <w:rPr>
          <w:rFonts w:ascii="Arial" w:hAnsi="Noto Sans CJK SC" w:eastAsia="Noto Sans CJK SC"/>
          <w:b w:val="0"/>
          <w:i w:val="0"/>
          <w:sz w:val="21"/>
        </w:rPr>
        <w:t>需要帮助可以开口；愿意帮助时，也尊重对方的边界。</w:t>
      </w:r>
    </w:p>
    <w:p>
      <w:pPr>
        <w:pStyle w:val="ListBullet"/>
        <w:spacing w:after="60" w:line="300" w:lineRule="auto"/>
      </w:pPr>
      <w:r>
        <w:rPr>
          <w:rFonts w:ascii="Arial" w:hAnsi="Noto Sans CJK SC" w:eastAsia="Noto Sans CJK SC"/>
          <w:b w:val="0"/>
          <w:i w:val="0"/>
          <w:sz w:val="21"/>
        </w:rPr>
        <w:t>值日、活动、纪律不是“某些人的事”，每个人都能补上一块。</w:t>
      </w:r>
    </w:p>
    <w:p>
      <w:pPr>
        <w:pStyle w:val="ListBullet"/>
        <w:spacing w:after="60" w:line="300" w:lineRule="auto"/>
      </w:pPr>
      <w:r>
        <w:rPr>
          <w:rFonts w:ascii="Arial" w:hAnsi="Noto Sans CJK SC" w:eastAsia="Noto Sans CJK SC"/>
          <w:b w:val="0"/>
          <w:i w:val="0"/>
          <w:sz w:val="21"/>
        </w:rPr>
        <w:t>我们可以竞争，但不彼此消耗。</w:t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教师观察点：</w:t>
      </w:r>
      <w:r>
        <w:rPr>
          <w:rFonts w:ascii="Arial" w:hAnsi="Noto Sans CJK SC" w:eastAsia="Noto Sans CJK SC"/>
          <w:b w:val="0"/>
          <w:i w:val="0"/>
          <w:sz w:val="21"/>
        </w:rPr>
        <w:t>把“安静”“听话”等笼统词追问成可执行行为。避免把共识变成班主任单向规定；对明显不当的提议用“这条会让谁不舒服/不安全？”引导修正。</w:t>
      </w:r>
      <w:r>
        <w:rPr>
          <w:rFonts w:ascii="Arial" w:hAnsi="Noto Sans CJK SC" w:eastAsia="Noto Sans CJK SC"/>
          <w:b w:val="0"/>
          <w:i w:val="0"/>
          <w:sz w:val="21"/>
        </w:rPr>
        <w:br/>
        <w:br/>
      </w:r>
    </w:p>
    <w:p>
      <w:r>
        <w:br w:type="page"/>
      </w:r>
    </w:p>
    <w:p>
      <w:pPr>
        <w:pStyle w:val="Heading2"/>
        <w:spacing w:after="140" w:line="324" w:lineRule="auto"/>
      </w:pPr>
      <w:r>
        <w:rPr>
          <w:rFonts w:ascii="Arial" w:hAnsi="Noto Sans CJK SC" w:eastAsia="Noto Sans CJK SC"/>
          <w:b w:val="0"/>
          <w:i w:val="0"/>
          <w:color w:val="284F49"/>
          <w:sz w:val="25"/>
        </w:rPr>
        <w:t>32—38分钟｜活动四：30天小承诺</w:t>
      </w:r>
      <w:r>
        <w:rPr>
          <w:rFonts w:ascii="Arial" w:hAnsi="Noto Sans CJK SC" w:eastAsia="Noto Sans CJK SC"/>
          <w:b w:val="0"/>
          <w:i w:val="0"/>
          <w:color w:val="284F49"/>
          <w:sz w:val="25"/>
        </w:rPr>
        <w:br/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操作：</w:t>
      </w:r>
      <w:r>
        <w:rPr>
          <w:rFonts w:ascii="Arial" w:hAnsi="Noto Sans CJK SC" w:eastAsia="Noto Sans CJK SC"/>
          <w:b w:val="0"/>
          <w:i w:val="0"/>
          <w:sz w:val="21"/>
        </w:rPr>
        <w:t>学生选择地图上的一个区域，完成承诺卡。两人互读，搭档只说一句：“30天后，我愿意问你一句______。”教师收取一半卡片（或让学生自留并拍照），约定第30天回看。</w:t>
      </w:r>
      <w:r>
        <w:rPr>
          <w:rFonts w:ascii="Arial" w:hAnsi="Noto Sans CJK SC" w:eastAsia="Noto Sans CJK SC"/>
          <w:b w:val="0"/>
          <w:i w:val="0"/>
          <w:sz w:val="21"/>
        </w:rPr>
        <w:br/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标准：</w:t>
      </w:r>
      <w:r>
        <w:rPr>
          <w:rFonts w:ascii="Arial" w:hAnsi="Noto Sans CJK SC" w:eastAsia="Noto Sans CJK SC"/>
          <w:b w:val="0"/>
          <w:i w:val="0"/>
          <w:sz w:val="21"/>
        </w:rPr>
        <w:t>承诺要小、具体、能看见。将“我要更努力”改成“晚自习前10分钟整理当天错题”；将“我要融入班级”改成“本周主动和一位新同学一起吃一次饭/讨论一次题”。</w:t>
      </w:r>
      <w:r>
        <w:rPr>
          <w:rFonts w:ascii="Arial" w:hAnsi="Noto Sans CJK SC" w:eastAsia="Noto Sans CJK SC"/>
          <w:b w:val="0"/>
          <w:i w:val="0"/>
          <w:sz w:val="21"/>
        </w:rPr>
        <w:br/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教师可说：</w:t>
      </w:r>
    </w:p>
    <w:p>
      <w:pPr>
        <w:spacing w:after="160" w:line="324" w:lineRule="auto" w:before="120"/>
        <w:shd w:fill="F7F8F8"/>
        <w:ind w:left="173" w:right="173"/>
      </w:pPr>
      <w:r>
        <w:rPr>
          <w:rFonts w:ascii="Arial" w:hAnsi="Noto Sans CJK SC" w:eastAsia="Noto Sans CJK SC"/>
          <w:b w:val="0"/>
          <w:i w:val="0"/>
          <w:sz w:val="21"/>
        </w:rPr>
        <w:t>“真正能改变人的，常常不是某一句很燃的话，而是你在一个普通的晚上，仍然把自己答应的那件小事做完。我们不向别人保证一个完美的自己，只给30天后的自己一个可以核对的动作。”</w:t>
      </w:r>
      <w:r>
        <w:rPr>
          <w:rFonts w:ascii="Arial" w:hAnsi="Noto Sans CJK SC" w:eastAsia="Noto Sans CJK SC"/>
          <w:b w:val="0"/>
          <w:i w:val="0"/>
          <w:sz w:val="21"/>
        </w:rPr>
        <w:br/>
        <w:br/>
      </w:r>
    </w:p>
    <w:p>
      <w:pPr>
        <w:pStyle w:val="Heading2"/>
        <w:spacing w:after="140" w:line="324" w:lineRule="auto"/>
      </w:pPr>
      <w:r>
        <w:rPr>
          <w:rFonts w:ascii="Arial" w:hAnsi="Noto Sans CJK SC" w:eastAsia="Noto Sans CJK SC"/>
          <w:b w:val="0"/>
          <w:i w:val="0"/>
          <w:color w:val="284F49"/>
          <w:sz w:val="25"/>
        </w:rPr>
        <w:t>38—43分钟｜活动五：给30天后的自己写短信</w:t>
      </w:r>
      <w:r>
        <w:rPr>
          <w:rFonts w:ascii="Arial" w:hAnsi="Noto Sans CJK SC" w:eastAsia="Noto Sans CJK SC"/>
          <w:b w:val="0"/>
          <w:i w:val="0"/>
          <w:color w:val="284F49"/>
          <w:sz w:val="25"/>
        </w:rPr>
        <w:br/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操作：</w:t>
      </w:r>
      <w:r>
        <w:rPr>
          <w:rFonts w:ascii="Arial" w:hAnsi="Noto Sans CJK SC" w:eastAsia="Noto Sans CJK SC"/>
          <w:b w:val="0"/>
          <w:i w:val="0"/>
          <w:sz w:val="21"/>
        </w:rPr>
        <w:t>安静书写3分钟。学生可以写给未来的自己，也可以写一句此刻不方便说出口的话。装入信封，班主任统一保管，30天后的班会/晨会归还；若学生明确提出自留，则尊重选择。</w:t>
      </w:r>
      <w:r>
        <w:rPr>
          <w:rFonts w:ascii="Arial" w:hAnsi="Noto Sans CJK SC" w:eastAsia="Noto Sans CJK SC"/>
          <w:b w:val="0"/>
          <w:i w:val="0"/>
          <w:sz w:val="21"/>
        </w:rPr>
        <w:br/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教师提醒：</w:t>
      </w:r>
      <w:r>
        <w:rPr>
          <w:rFonts w:ascii="Arial" w:hAnsi="Noto Sans CJK SC" w:eastAsia="Noto Sans CJK SC"/>
          <w:b w:val="0"/>
          <w:i w:val="0"/>
          <w:sz w:val="21"/>
        </w:rPr>
        <w:t>“这不是作文，不公开，不评分。你可以只写两行，但请写真的。”</w:t>
      </w:r>
      <w:r>
        <w:rPr>
          <w:rFonts w:ascii="Arial" w:hAnsi="Noto Sans CJK SC" w:eastAsia="Noto Sans CJK SC"/>
          <w:b w:val="0"/>
          <w:i w:val="0"/>
          <w:sz w:val="21"/>
        </w:rPr>
        <w:br/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教师观察点：</w:t>
      </w:r>
      <w:r>
        <w:rPr>
          <w:rFonts w:ascii="Arial" w:hAnsi="Noto Sans CJK SC" w:eastAsia="Noto Sans CJK SC"/>
          <w:b w:val="0"/>
          <w:i w:val="0"/>
          <w:sz w:val="21"/>
        </w:rPr>
        <w:t>对情绪明显低落、书写内容涉及自伤/严重困扰的学生，按学校心理危机流程私下关怀并联动专业支持；不在集体场合要求解释。</w:t>
      </w:r>
      <w:r>
        <w:rPr>
          <w:rFonts w:ascii="Arial" w:hAnsi="Noto Sans CJK SC" w:eastAsia="Noto Sans CJK SC"/>
          <w:b w:val="0"/>
          <w:i w:val="0"/>
          <w:sz w:val="21"/>
        </w:rPr>
        <w:br/>
        <w:br/>
      </w:r>
    </w:p>
    <w:p>
      <w:pPr>
        <w:pStyle w:val="Heading2"/>
        <w:spacing w:after="140" w:line="324" w:lineRule="auto"/>
      </w:pPr>
      <w:r>
        <w:rPr>
          <w:rFonts w:ascii="Arial" w:hAnsi="Noto Sans CJK SC" w:eastAsia="Noto Sans CJK SC"/>
          <w:b w:val="0"/>
          <w:i w:val="0"/>
          <w:color w:val="284F49"/>
          <w:sz w:val="25"/>
        </w:rPr>
        <w:t>43—45分钟｜收束：第一笔已经落下</w:t>
      </w:r>
      <w:r>
        <w:rPr>
          <w:rFonts w:ascii="Arial" w:hAnsi="Noto Sans CJK SC" w:eastAsia="Noto Sans CJK SC"/>
          <w:b w:val="0"/>
          <w:i w:val="0"/>
          <w:color w:val="284F49"/>
          <w:sz w:val="25"/>
        </w:rPr>
        <w:br/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教师可说：</w:t>
      </w:r>
    </w:p>
    <w:p>
      <w:pPr>
        <w:spacing w:after="160" w:line="324" w:lineRule="auto" w:before="120"/>
        <w:shd w:fill="F7F8F8"/>
        <w:ind w:left="173" w:right="173"/>
      </w:pPr>
      <w:r>
        <w:rPr>
          <w:rFonts w:ascii="Arial" w:hAnsi="Noto Sans CJK SC" w:eastAsia="Noto Sans CJK SC"/>
          <w:b w:val="0"/>
          <w:i w:val="0"/>
          <w:sz w:val="21"/>
        </w:rPr>
        <w:t>“三年很长，长到足够让一个人改变很多次；三年也很短，短到每一次拖延、每一次善意、每一次站出来，都会很快留下痕迹。你不需要从今天起就喜欢所有课程、适应所有同学、解决所有问题。你只需要从今天起，愿意为自己的高中落下第一笔。</w:t>
      </w:r>
      <w:r>
        <w:br/>
      </w:r>
      <w:r>
        <w:br/>
      </w:r>
      <w:r>
        <w:rPr>
          <w:rFonts w:ascii="Arial" w:hAnsi="Noto Sans CJK SC" w:eastAsia="Noto Sans CJK SC"/>
          <w:b w:val="0"/>
          <w:i w:val="0"/>
          <w:sz w:val="21"/>
        </w:rPr>
        <w:t>愿我们这个班，不是把彼此推向焦虑的地方；愿它成为一个让人能认真学习、安心相处、犯错后还能重新出发的地方。把高中，过成自己的作品——从今天开始。”</w:t>
      </w:r>
      <w:r>
        <w:rPr>
          <w:rFonts w:ascii="Arial" w:hAnsi="Noto Sans CJK SC" w:eastAsia="Noto Sans CJK SC"/>
          <w:b w:val="0"/>
          <w:i w:val="0"/>
          <w:sz w:val="21"/>
        </w:rPr>
        <w:br/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结束动作：</w:t>
      </w:r>
      <w:r>
        <w:rPr>
          <w:rFonts w:ascii="Arial" w:hAnsi="Noto Sans CJK SC" w:eastAsia="Noto Sans CJK SC"/>
          <w:b w:val="0"/>
          <w:i w:val="0"/>
          <w:sz w:val="21"/>
        </w:rPr>
        <w:t>全班齐读刚刚共创的3—5条班级共识；拍下共识海报，课后张贴。PPT最后一页停留在“30天后，我们回来看看第一笔画得怎样”。</w:t>
      </w:r>
      <w:r>
        <w:rPr>
          <w:rFonts w:ascii="Arial" w:hAnsi="Noto Sans CJK SC" w:eastAsia="Noto Sans CJK SC"/>
          <w:b w:val="0"/>
          <w:i w:val="0"/>
          <w:sz w:val="21"/>
        </w:rPr>
        <w:br/>
        <w:br/>
      </w:r>
    </w:p>
    <w:p>
      <w:r>
        <w:br w:type="page"/>
      </w:r>
    </w:p>
    <w:p>
      <w:pPr>
        <w:pStyle w:val="Heading1"/>
        <w:spacing w:after="140" w:line="324" w:lineRule="auto"/>
      </w:pPr>
      <w:r>
        <w:rPr>
          <w:rFonts w:ascii="Arial" w:hAnsi="Noto Sans CJK SC" w:eastAsia="Noto Sans CJK SC"/>
          <w:b w:val="0"/>
          <w:i w:val="0"/>
          <w:color w:val="183B38"/>
          <w:sz w:val="32"/>
        </w:rPr>
        <w:t>四、说课提纲（3—5分钟版）</w:t>
      </w:r>
      <w:r>
        <w:rPr>
          <w:rFonts w:ascii="Arial" w:hAnsi="Noto Sans CJK SC" w:eastAsia="Noto Sans CJK SC"/>
          <w:b w:val="0"/>
          <w:i w:val="0"/>
          <w:color w:val="183B38"/>
          <w:sz w:val="32"/>
        </w:rPr>
        <w:br/>
      </w:r>
    </w:p>
    <w:p>
      <w:pPr>
        <w:pStyle w:val="Heading2"/>
        <w:spacing w:after="140" w:line="324" w:lineRule="auto"/>
      </w:pPr>
      <w:r>
        <w:rPr>
          <w:rFonts w:ascii="Arial" w:hAnsi="Noto Sans CJK SC" w:eastAsia="Noto Sans CJK SC"/>
          <w:b w:val="0"/>
          <w:i w:val="0"/>
          <w:color w:val="284F49"/>
          <w:sz w:val="25"/>
        </w:rPr>
        <w:t>1. 我为什么上这堂课</w:t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高一开学最容易出现两种误区：一是用口号覆盖学生的真实情绪，二是把高中只讲成学习竞争。本课从中考后复杂心情切入，但不把遗憾当主题，而是帮助学生完成“进入高中”的心理转场：从被动比较转向主动建构。</w:t>
      </w:r>
      <w:r>
        <w:rPr>
          <w:rFonts w:ascii="Arial" w:hAnsi="Noto Sans CJK SC" w:eastAsia="Noto Sans CJK SC"/>
          <w:b w:val="0"/>
          <w:i w:val="0"/>
          <w:sz w:val="21"/>
        </w:rPr>
        <w:br/>
      </w:r>
    </w:p>
    <w:p>
      <w:pPr>
        <w:pStyle w:val="Heading2"/>
        <w:spacing w:after="140" w:line="324" w:lineRule="auto"/>
      </w:pPr>
      <w:r>
        <w:rPr>
          <w:rFonts w:ascii="Arial" w:hAnsi="Noto Sans CJK SC" w:eastAsia="Noto Sans CJK SC"/>
          <w:b w:val="0"/>
          <w:i w:val="0"/>
          <w:color w:val="284F49"/>
          <w:sz w:val="25"/>
        </w:rPr>
        <w:t>2. 我想带学生走到哪里</w:t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不是让他们在45分钟里“被激励”，而是让每个人带走三个东西：一张能看见高中完整生活的地图、一件30天内能做到的小事、一份与班级共同签下的相处约定。</w:t>
      </w:r>
      <w:r>
        <w:rPr>
          <w:rFonts w:ascii="Arial" w:hAnsi="Noto Sans CJK SC" w:eastAsia="Noto Sans CJK SC"/>
          <w:b w:val="0"/>
          <w:i w:val="0"/>
          <w:sz w:val="21"/>
        </w:rPr>
        <w:br/>
      </w:r>
    </w:p>
    <w:p>
      <w:pPr>
        <w:pStyle w:val="Heading2"/>
        <w:spacing w:after="140" w:line="324" w:lineRule="auto"/>
      </w:pPr>
      <w:r>
        <w:rPr>
          <w:rFonts w:ascii="Arial" w:hAnsi="Noto Sans CJK SC" w:eastAsia="Noto Sans CJK SC"/>
          <w:b w:val="0"/>
          <w:i w:val="0"/>
          <w:color w:val="284F49"/>
          <w:sz w:val="25"/>
        </w:rPr>
        <w:t>3. 我怎样让学生真正参与</w:t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本课采用“匿名心声墙—个人地图—同伴看见—共创共识—未来回信”的递进。匿名先建立安全；个人书写让表达不被强迫；同伴看见让学生感到被支持；共创让班级规则有学生的署名；30天回看让首课延续为行动。</w:t>
      </w:r>
      <w:r>
        <w:rPr>
          <w:rFonts w:ascii="Arial" w:hAnsi="Noto Sans CJK SC" w:eastAsia="Noto Sans CJK SC"/>
          <w:b w:val="0"/>
          <w:i w:val="0"/>
          <w:sz w:val="21"/>
        </w:rPr>
        <w:br/>
      </w:r>
    </w:p>
    <w:p>
      <w:pPr>
        <w:pStyle w:val="Heading2"/>
        <w:spacing w:after="140" w:line="324" w:lineRule="auto"/>
      </w:pPr>
      <w:r>
        <w:rPr>
          <w:rFonts w:ascii="Arial" w:hAnsi="Noto Sans CJK SC" w:eastAsia="Noto Sans CJK SC"/>
          <w:b w:val="0"/>
          <w:i w:val="0"/>
          <w:color w:val="284F49"/>
          <w:sz w:val="25"/>
        </w:rPr>
        <w:t>4. 我的教育立场</w:t>
      </w:r>
    </w:p>
    <w:p>
      <w:pPr>
        <w:spacing w:after="140" w:line="324" w:lineRule="auto"/>
      </w:pPr>
      <w:r>
        <w:rPr>
          <w:rFonts w:ascii="Arial" w:hAnsi="Noto Sans CJK SC" w:eastAsia="Noto Sans CJK SC"/>
          <w:b w:val="0"/>
          <w:i w:val="0"/>
          <w:sz w:val="21"/>
        </w:rPr>
        <w:t>承认现实，不放大焦虑；尊重差异，不强迫爱校；给出方向，不替学生活。班主任不是替学生完成作品的人，而是帮他们找到第一笔、守住过程、在需要时递上一盏灯的人。</w:t>
      </w:r>
      <w:r>
        <w:rPr>
          <w:rFonts w:ascii="Arial" w:hAnsi="Noto Sans CJK SC" w:eastAsia="Noto Sans CJK SC"/>
          <w:b w:val="0"/>
          <w:i w:val="0"/>
          <w:sz w:val="21"/>
        </w:rPr>
        <w:br/>
        <w:br/>
      </w:r>
    </w:p>
    <w:p>
      <w:pPr>
        <w:pStyle w:val="Heading1"/>
        <w:spacing w:after="140" w:line="324" w:lineRule="auto"/>
      </w:pPr>
      <w:r>
        <w:rPr>
          <w:rFonts w:ascii="Arial" w:hAnsi="Noto Sans CJK SC" w:eastAsia="Noto Sans CJK SC"/>
          <w:b w:val="0"/>
          <w:i w:val="0"/>
          <w:color w:val="183B38"/>
          <w:sz w:val="32"/>
        </w:rPr>
        <w:t>五、课后延伸与使用注意</w:t>
      </w:r>
      <w:r>
        <w:rPr>
          <w:rFonts w:ascii="Arial" w:hAnsi="Noto Sans CJK SC" w:eastAsia="Noto Sans CJK SC"/>
          <w:b w:val="0"/>
          <w:i w:val="0"/>
          <w:color w:val="183B38"/>
          <w:sz w:val="32"/>
        </w:rPr>
        <w:br/>
      </w:r>
    </w:p>
    <w:p>
      <w:pPr>
        <w:pStyle w:val="ListBullet"/>
        <w:spacing w:after="60" w:line="300" w:lineRule="auto"/>
      </w:pPr>
      <w:r>
        <w:rPr>
          <w:rFonts w:ascii="Arial" w:hAnsi="Noto Sans CJK SC" w:eastAsia="Noto Sans CJK SC"/>
          <w:b/>
          <w:i w:val="0"/>
          <w:sz w:val="21"/>
        </w:rPr>
        <w:t>第7天：</w:t>
      </w:r>
      <w:r>
        <w:rPr>
          <w:rFonts w:ascii="Arial" w:hAnsi="Noto Sans CJK SC" w:eastAsia="Noto Sans CJK SC"/>
          <w:b w:val="0"/>
          <w:i w:val="0"/>
          <w:sz w:val="21"/>
        </w:rPr>
        <w:t>晨会用3分钟问“我的第一笔画在哪里了？”请学生用一个词回应。</w:t>
      </w:r>
    </w:p>
    <w:p>
      <w:pPr>
        <w:pStyle w:val="ListBullet"/>
        <w:spacing w:after="60" w:line="300" w:lineRule="auto"/>
      </w:pPr>
      <w:r>
        <w:rPr>
          <w:rFonts w:ascii="Arial" w:hAnsi="Noto Sans CJK SC" w:eastAsia="Noto Sans CJK SC"/>
          <w:b/>
          <w:i w:val="0"/>
          <w:sz w:val="21"/>
        </w:rPr>
        <w:t>第14天：</w:t>
      </w:r>
      <w:r>
        <w:rPr>
          <w:rFonts w:ascii="Arial" w:hAnsi="Noto Sans CJK SC" w:eastAsia="Noto Sans CJK SC"/>
          <w:b w:val="0"/>
          <w:i w:val="0"/>
          <w:sz w:val="21"/>
        </w:rPr>
        <w:t>围绕班级共识做一次匿名反馈：哪一条正在发生？哪一条最难做到？</w:t>
      </w:r>
    </w:p>
    <w:p>
      <w:pPr>
        <w:pStyle w:val="ListBullet"/>
        <w:spacing w:after="60" w:line="300" w:lineRule="auto"/>
      </w:pPr>
      <w:r>
        <w:rPr>
          <w:rFonts w:ascii="Arial" w:hAnsi="Noto Sans CJK SC" w:eastAsia="Noto Sans CJK SC"/>
          <w:b/>
          <w:i w:val="0"/>
          <w:sz w:val="21"/>
        </w:rPr>
        <w:t>第30天：</w:t>
      </w:r>
      <w:r>
        <w:rPr>
          <w:rFonts w:ascii="Arial" w:hAnsi="Noto Sans CJK SC" w:eastAsia="Noto Sans CJK SC"/>
          <w:b w:val="0"/>
          <w:i w:val="0"/>
          <w:sz w:val="21"/>
        </w:rPr>
        <w:t>归还短信卡与承诺卡，开展“给自己补一笔”微班会。允许学生承认没有做到，并把承诺改小。</w:t>
      </w:r>
    </w:p>
    <w:p>
      <w:pPr>
        <w:pStyle w:val="ListBullet"/>
        <w:spacing w:after="60" w:line="300" w:lineRule="auto"/>
      </w:pPr>
      <w:r>
        <w:rPr>
          <w:rFonts w:ascii="Arial" w:hAnsi="Noto Sans CJK SC" w:eastAsia="Noto Sans CJK SC"/>
          <w:b/>
          <w:i w:val="0"/>
          <w:sz w:val="21"/>
        </w:rPr>
        <w:t>避免：</w:t>
      </w:r>
      <w:r>
        <w:rPr>
          <w:rFonts w:ascii="Arial" w:hAnsi="Noto Sans CJK SC" w:eastAsia="Noto Sans CJK SC"/>
          <w:b w:val="0"/>
          <w:i w:val="0"/>
          <w:sz w:val="21"/>
        </w:rPr>
        <w:t>公开比较地图和承诺；用“集体荣誉”压过个体边界；把学生的遗憾解释为“不懂感恩”；将心理困扰简单归因为“不够努力”。</w:t>
      </w:r>
    </w:p>
    <w:p>
      <w:pPr>
        <w:pStyle w:val="ListBullet"/>
        <w:spacing w:after="60" w:line="300" w:lineRule="auto"/>
      </w:pPr>
      <w:r>
        <w:rPr>
          <w:rFonts w:ascii="Arial" w:hAnsi="Noto Sans CJK SC" w:eastAsia="Noto Sans CJK SC"/>
          <w:b/>
          <w:i w:val="0"/>
          <w:sz w:val="21"/>
        </w:rPr>
        <w:t>可按班情微调：</w:t>
      </w:r>
      <w:r>
        <w:rPr>
          <w:rFonts w:ascii="Arial" w:hAnsi="Noto Sans CJK SC" w:eastAsia="Noto Sans CJK SC"/>
          <w:b w:val="0"/>
          <w:i w:val="0"/>
          <w:sz w:val="21"/>
        </w:rPr>
        <w:t>若班级关系已较熟，可增加口头分享；若新生较拘谨，更多采用匿名、两人互读与教师归纳。</w:t>
      </w:r>
    </w:p>
    <w:p>
      <w:pPr>
        <w:spacing w:after="160" w:line="324" w:lineRule="auto" w:before="120"/>
        <w:shd w:fill="F1F5F2"/>
        <w:ind w:left="173" w:right="173"/>
      </w:pPr>
      <w:r>
        <w:rPr>
          <w:rFonts w:ascii="Arial" w:hAnsi="Noto Sans CJK SC" w:eastAsia="Noto Sans CJK SC"/>
          <w:b/>
          <w:i w:val="0"/>
          <w:sz w:val="21"/>
        </w:rPr>
        <w:t>给班主任的提醒：</w:t>
      </w:r>
      <w:r>
        <w:rPr>
          <w:rFonts w:ascii="Arial" w:hAnsi="Noto Sans CJK SC" w:eastAsia="Noto Sans CJK SC"/>
          <w:b w:val="0"/>
          <w:i w:val="0"/>
          <w:sz w:val="21"/>
        </w:rPr>
        <w:t>这节课的力量，不来自一段多漂亮的台词，而来自学生发现：老师真的允许我带着真实的自己进来，也真的相信我能把下一步走出来。</w:t>
      </w:r>
      <w:r>
        <w:rPr>
          <w:rFonts w:ascii="Arial" w:hAnsi="Noto Sans CJK SC" w:eastAsia="Noto Sans CJK SC"/>
          <w:b w:val="0"/>
          <w:i w:val="0"/>
          <w:sz w:val="21"/>
        </w:rPr>
        <w:br/>
      </w:r>
    </w:p>
    <w:sectPr w:rsidR="00FC693F" w:rsidRPr="0006063C" w:rsidSect="00034616">
      <w:footerReference w:type="default" r:id="rId9"/>
      <w:pgSz w:w="12240" w:h="15840"/>
      <w:pgMar w:top="1152" w:right="1152" w:bottom="1152" w:left="1152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Noto Sans CJK SC" w:eastAsia="Noto Sans CJK SC"/>
        <w:b w:val="0"/>
        <w:i w:val="0"/>
        <w:color w:val="6A7471"/>
        <w:sz w:val="17"/>
      </w:rPr>
      <w:t>《把高中，过成自己的作品》｜高一第一节主题班会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40" w:line="300" w:lineRule="auto"/>
    </w:pPr>
    <w:rPr>
      <w:rFonts w:ascii="Noto Sans CJK SC" w:hAnsi="Noto Sans CJK SC" w:eastAsia="Noto Sans CJK SC"/>
      <w:color w:val="20212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 w:line="300" w:lineRule="auto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83B3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300" w:lineRule="auto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284F49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300" w:lineRule="auto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284F49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